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8B4513"/>
          <w:sz w:val="48"/>
        </w:rPr>
        <w:t>🦁 THE HEALING ROOM</w:t>
        <w:br/>
      </w:r>
      <w:r>
        <w:rPr>
          <w:b/>
          <w:sz w:val="36"/>
        </w:rPr>
        <w:t>Healing Prayer &amp; Declaration Guide</w:t>
      </w:r>
    </w:p>
    <w:p>
      <w:pPr>
        <w:jc w:val="center"/>
      </w:pPr>
      <w:r>
        <w:t>Biblical prayers, Scriptures and declarations to strengthen your faith and help you draw near to Jesus, our Healer.</w:t>
      </w:r>
    </w:p>
    <w:p>
      <w:r>
        <w:t>“Praise the LORD, my soul, and forget not all his benefits—who forgives all your sins and heals all your diseases.” — Psalm 103:2–3</w:t>
      </w:r>
    </w:p>
    <w:p>
      <w:pPr>
        <w:pStyle w:val="Heading1"/>
      </w:pPr>
      <w:r>
        <w:t>Preparing Your Heart for Prayer</w:t>
      </w:r>
    </w:p>
    <w:p>
      <w:pPr>
        <w:pStyle w:val="ListBullet"/>
      </w:pPr>
      <w:r>
        <w:t>Come into God’s presence with humility and faith.</w:t>
      </w:r>
    </w:p>
    <w:p>
      <w:pPr>
        <w:pStyle w:val="ListBullet"/>
      </w:pPr>
      <w:r>
        <w:t>Surrender fear, anxiety, and every burden to Him.</w:t>
      </w:r>
    </w:p>
    <w:p>
      <w:pPr>
        <w:pStyle w:val="ListBullet"/>
      </w:pPr>
      <w:r>
        <w:t>Focus on God’s character, love, power, and promises.</w:t>
      </w:r>
    </w:p>
    <w:p>
      <w:pPr>
        <w:pStyle w:val="Heading1"/>
      </w:pPr>
      <w:r>
        <w:t>Prayer for Healing</w:t>
      </w:r>
    </w:p>
    <w:p>
      <w:r>
        <w:t>Heavenly Father, I come before You in the name of Jesus. Your Word declares that You are the God who heals. I ask for Your healing touch upon my body, mind, and spirit. Bring restoration where there is pain, strength where there is weakness, peace where there is anxiety, and hope where there is discouragement. I trust You with my healing journey and receive Your grace, comfort, and sustaining power today. In Jesus’ name, Amen.</w:t>
      </w:r>
    </w:p>
    <w:p>
      <w:pPr>
        <w:pStyle w:val="Heading1"/>
      </w:pPr>
      <w:r>
        <w:t>Declarations of Healing</w:t>
      </w:r>
    </w:p>
    <w:p>
      <w:pPr>
        <w:pStyle w:val="ListBullet"/>
      </w:pPr>
      <w:r>
        <w:t>Jesus is my healer.</w:t>
      </w:r>
    </w:p>
    <w:p>
      <w:pPr>
        <w:pStyle w:val="ListBullet"/>
      </w:pPr>
      <w:r>
        <w:t>I choose to trust God with my healing.</w:t>
      </w:r>
    </w:p>
    <w:p>
      <w:pPr>
        <w:pStyle w:val="ListBullet"/>
      </w:pPr>
      <w:r>
        <w:t>I receive God’s peace and strength.</w:t>
      </w:r>
    </w:p>
    <w:p>
      <w:pPr>
        <w:pStyle w:val="ListBullet"/>
      </w:pPr>
      <w:r>
        <w:t>I declare that God’s Word is true over my life.</w:t>
      </w:r>
    </w:p>
    <w:p>
      <w:pPr>
        <w:pStyle w:val="ListBullet"/>
      </w:pPr>
      <w:r>
        <w:t>I will praise the Lord and remember His benefits.</w:t>
      </w:r>
    </w:p>
    <w:p>
      <w:pPr>
        <w:pStyle w:val="ListBullet"/>
      </w:pPr>
      <w:r>
        <w:t>I will not allow fear to have the final word.</w:t>
      </w:r>
    </w:p>
    <w:p>
      <w:pPr>
        <w:pStyle w:val="Heading1"/>
      </w:pPr>
      <w:r>
        <w:t>Scriptures to Meditate On</w:t>
      </w:r>
    </w:p>
    <w:p>
      <w:pPr>
        <w:pStyle w:val="ListBullet"/>
      </w:pPr>
      <w:r>
        <w:t>Psalm 103:1–5</w:t>
      </w:r>
    </w:p>
    <w:p>
      <w:pPr>
        <w:pStyle w:val="ListBullet"/>
      </w:pPr>
      <w:r>
        <w:t>Isaiah 53:4–5</w:t>
      </w:r>
    </w:p>
    <w:p>
      <w:pPr>
        <w:pStyle w:val="ListBullet"/>
      </w:pPr>
      <w:r>
        <w:t>Jeremiah 17:14</w:t>
      </w:r>
    </w:p>
    <w:p>
      <w:pPr>
        <w:pStyle w:val="ListBullet"/>
      </w:pPr>
      <w:r>
        <w:t>Mark 5:34</w:t>
      </w:r>
    </w:p>
    <w:p>
      <w:pPr>
        <w:pStyle w:val="ListBullet"/>
      </w:pPr>
      <w:r>
        <w:t>Matthew 8:16–17</w:t>
      </w:r>
    </w:p>
    <w:p>
      <w:pPr>
        <w:pStyle w:val="ListBullet"/>
      </w:pPr>
      <w:r>
        <w:t>James 5:14–16</w:t>
      </w:r>
    </w:p>
    <w:p>
      <w:pPr>
        <w:pStyle w:val="ListBullet"/>
      </w:pPr>
      <w:r>
        <w:t>1 Peter 2:24</w:t>
      </w:r>
    </w:p>
    <w:p>
      <w:pPr>
        <w:pStyle w:val="Heading1"/>
      </w:pPr>
      <w:r>
        <w:t>Prayer of Thanksgiving</w:t>
      </w:r>
    </w:p>
    <w:p>
      <w:r>
        <w:t>Lord, thank You for Your presence, goodness, mercy, and faithfulness. Regardless of what I am experiencing today, I choose to praise You. Thank You for never leaving me, for sustaining me, and for working in my life even when I cannot see it. I trust You, honor You, and give You all glory. Amen.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M365 Copilot</dc:creator>
  <keywords/>
  <dc:description>generated by python-docx</dc:description>
  <lastModifiedBy>M365 Copilot</lastModifiedBy>
  <revision>1</revision>
  <dcterms:created xsi:type="dcterms:W3CDTF">2026-08-20T22:15:30.1794997Z</dcterms:created>
  <dcterms:modified xsi:type="dcterms:W3CDTF">2026-08-20T22:15:30.1794997Z</dcterms:modified>
  <category/>
</coreProperties>
</file>